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5619" w14:textId="77777777" w:rsidR="00623C43" w:rsidRDefault="00000000">
      <w:pPr>
        <w:spacing w:after="20" w:line="252" w:lineRule="auto"/>
        <w:jc w:val="center"/>
      </w:pPr>
      <w:r>
        <w:rPr>
          <w:rFonts w:ascii="Times New Roman" w:hAnsi="Times New Roman"/>
          <w:b/>
          <w:color w:val="1A1A1A"/>
          <w:sz w:val="23"/>
        </w:rPr>
        <w:t>China–Europe Workshop on Green Carbon Science Development and Popularization</w:t>
      </w:r>
    </w:p>
    <w:p w14:paraId="56FEA924" w14:textId="24DA1311" w:rsidR="00623C43" w:rsidRDefault="00000000">
      <w:pPr>
        <w:spacing w:after="0" w:line="252" w:lineRule="auto"/>
        <w:jc w:val="center"/>
      </w:pPr>
      <w:r>
        <w:rPr>
          <w:rFonts w:ascii="Times New Roman" w:hAnsi="Times New Roman"/>
          <w:b/>
          <w:color w:val="1F4E5F"/>
          <w:sz w:val="19"/>
        </w:rPr>
        <w:t xml:space="preserve">Speaker </w:t>
      </w:r>
      <w:proofErr w:type="gramStart"/>
      <w:r>
        <w:rPr>
          <w:rFonts w:ascii="Times New Roman" w:hAnsi="Times New Roman"/>
          <w:b/>
          <w:color w:val="1F4E5F"/>
          <w:sz w:val="19"/>
        </w:rPr>
        <w:t>Profile  ·</w:t>
      </w:r>
      <w:proofErr w:type="gramEnd"/>
      <w:r>
        <w:rPr>
          <w:rFonts w:ascii="Times New Roman" w:hAnsi="Times New Roman"/>
          <w:b/>
          <w:color w:val="1F4E5F"/>
          <w:sz w:val="19"/>
        </w:rPr>
        <w:t xml:space="preserve">  Munich, 2</w:t>
      </w:r>
      <w:r w:rsidR="00430A00">
        <w:rPr>
          <w:rFonts w:ascii="Times New Roman" w:eastAsia="宋体" w:hAnsi="Times New Roman" w:hint="eastAsia"/>
          <w:b/>
          <w:color w:val="1F4E5F"/>
          <w:sz w:val="19"/>
          <w:lang w:eastAsia="zh-CN"/>
        </w:rPr>
        <w:t>9</w:t>
      </w:r>
      <w:r>
        <w:rPr>
          <w:rFonts w:ascii="Times New Roman" w:hAnsi="Times New Roman"/>
          <w:b/>
          <w:color w:val="1F4E5F"/>
          <w:sz w:val="19"/>
        </w:rPr>
        <w:t xml:space="preserve"> November – 2 December 2026</w:t>
      </w:r>
    </w:p>
    <w:p w14:paraId="02C7E218" w14:textId="77777777" w:rsidR="00CE5E68" w:rsidRPr="00CE5E68" w:rsidRDefault="00CE5E68">
      <w:pPr>
        <w:pBdr>
          <w:bottom w:val="single" w:sz="8" w:space="1" w:color="1F4E5F"/>
        </w:pBdr>
        <w:spacing w:after="80" w:line="252" w:lineRule="auto"/>
        <w:rPr>
          <w:rFonts w:eastAsia="宋体"/>
          <w:lang w:eastAsia="zh-CN"/>
        </w:rPr>
      </w:pPr>
    </w:p>
    <w:p w14:paraId="53D438F2" w14:textId="53CC20A1" w:rsidR="00623C43" w:rsidRDefault="00623C43">
      <w:pPr>
        <w:spacing w:before="160" w:after="40" w:line="252" w:lineRule="auto"/>
        <w:rPr>
          <w:rFonts w:eastAsia="宋体"/>
          <w:lang w:eastAsia="zh-CN"/>
        </w:rPr>
      </w:pPr>
    </w:p>
    <w:tbl>
      <w:tblPr>
        <w:tblStyle w:val="aff1"/>
        <w:tblpPr w:leftFromText="180" w:rightFromText="180" w:vertAnchor="page" w:horzAnchor="margin" w:tblpY="2389"/>
        <w:tblW w:w="9923" w:type="dxa"/>
        <w:tblLayout w:type="fixed"/>
        <w:tblLook w:val="04A0" w:firstRow="1" w:lastRow="0" w:firstColumn="1" w:lastColumn="0" w:noHBand="0" w:noVBand="1"/>
      </w:tblPr>
      <w:tblGrid>
        <w:gridCol w:w="1843"/>
        <w:gridCol w:w="8080"/>
      </w:tblGrid>
      <w:tr w:rsidR="00A96167" w14:paraId="59471DDC" w14:textId="77777777" w:rsidTr="00A96167">
        <w:trPr>
          <w:trHeight w:val="2299"/>
        </w:trPr>
        <w:tc>
          <w:tcPr>
            <w:tcW w:w="1843" w:type="dxa"/>
          </w:tcPr>
          <w:p w14:paraId="492B57F8" w14:textId="77777777" w:rsidR="00A96167" w:rsidRDefault="00A96167" w:rsidP="00A96167">
            <w:pPr>
              <w:spacing w:line="252" w:lineRule="auto"/>
              <w:jc w:val="center"/>
            </w:pPr>
            <w:r>
              <w:rPr>
                <w:rFonts w:ascii="Times New Roman" w:hAnsi="Times New Roman"/>
                <w:b/>
                <w:color w:val="808080"/>
                <w:sz w:val="18"/>
              </w:rPr>
              <w:t>PHOTO</w:t>
            </w:r>
          </w:p>
          <w:p w14:paraId="1EDA933F" w14:textId="77777777" w:rsidR="00A96167" w:rsidRDefault="00A96167" w:rsidP="00A96167">
            <w:pPr>
              <w:spacing w:line="252" w:lineRule="auto"/>
              <w:jc w:val="center"/>
            </w:pPr>
            <w:r>
              <w:rPr>
                <w:rFonts w:ascii="Times New Roman" w:hAnsi="Times New Roman"/>
                <w:i/>
                <w:color w:val="B0B0B0"/>
                <w:sz w:val="16"/>
              </w:rPr>
              <w:t>paste here</w:t>
            </w:r>
            <w:r>
              <w:rPr>
                <w:rFonts w:ascii="Times New Roman" w:hAnsi="Times New Roman"/>
                <w:i/>
                <w:color w:val="B0B0B0"/>
                <w:sz w:val="16"/>
              </w:rPr>
              <w:br/>
              <w:t>(≥ 300 dpi, 35 × 45 mm)</w:t>
            </w:r>
          </w:p>
        </w:tc>
        <w:tc>
          <w:tcPr>
            <w:tcW w:w="8080" w:type="dxa"/>
          </w:tcPr>
          <w:p w14:paraId="424F9CAC" w14:textId="77777777" w:rsidR="00A96167" w:rsidRPr="0076092E" w:rsidRDefault="00A96167" w:rsidP="00A96167">
            <w:pPr>
              <w:adjustRightInd w:val="0"/>
              <w:snapToGrid w:val="0"/>
              <w:spacing w:beforeLines="50" w:before="120" w:afterLines="50" w:after="120" w:line="252" w:lineRule="auto"/>
              <w:rPr>
                <w:rFonts w:ascii="Times New Roman" w:eastAsia="宋体" w:hAnsi="Times New Roman"/>
                <w:b/>
                <w:color w:val="1A1A1A"/>
                <w:sz w:val="19"/>
                <w:lang w:eastAsia="zh-CN"/>
              </w:rPr>
            </w:pPr>
            <w:r>
              <w:rPr>
                <w:rFonts w:ascii="Times New Roman" w:hAnsi="Times New Roman"/>
                <w:b/>
                <w:color w:val="1A1A1A"/>
                <w:sz w:val="19"/>
              </w:rPr>
              <w:t>Full Name</w:t>
            </w:r>
            <w:r>
              <w:rPr>
                <w:rFonts w:ascii="宋体" w:eastAsia="宋体" w:hAnsi="宋体" w:hint="eastAsia"/>
                <w:b/>
                <w:color w:val="1A1A1A"/>
                <w:sz w:val="19"/>
                <w:lang w:eastAsia="zh-CN"/>
              </w:rPr>
              <w:t>:</w:t>
            </w:r>
          </w:p>
          <w:p w14:paraId="033A4296" w14:textId="77777777" w:rsidR="00A96167" w:rsidRPr="0076092E" w:rsidRDefault="00A96167" w:rsidP="00A96167">
            <w:pPr>
              <w:adjustRightInd w:val="0"/>
              <w:snapToGrid w:val="0"/>
              <w:spacing w:beforeLines="50" w:before="120" w:afterLines="50" w:after="120" w:line="252" w:lineRule="auto"/>
              <w:rPr>
                <w:rFonts w:ascii="Times New Roman" w:eastAsia="宋体" w:hAnsi="Times New Roman"/>
                <w:b/>
                <w:color w:val="1A1A1A"/>
                <w:sz w:val="19"/>
                <w:lang w:eastAsia="zh-CN"/>
              </w:rPr>
            </w:pPr>
            <w:r>
              <w:rPr>
                <w:rFonts w:ascii="Times New Roman" w:hAnsi="Times New Roman"/>
                <w:b/>
                <w:color w:val="1A1A1A"/>
                <w:sz w:val="19"/>
              </w:rPr>
              <w:t>Title (Prof. / Dr. / Mr. / Ms.)</w:t>
            </w:r>
            <w:r>
              <w:rPr>
                <w:rFonts w:ascii="Times New Roman" w:eastAsia="宋体" w:hAnsi="Times New Roman" w:hint="eastAsia"/>
                <w:b/>
                <w:color w:val="1A1A1A"/>
                <w:sz w:val="19"/>
                <w:lang w:eastAsia="zh-CN"/>
              </w:rPr>
              <w:t xml:space="preserve">: </w:t>
            </w:r>
          </w:p>
          <w:p w14:paraId="6D192EA2" w14:textId="77777777" w:rsidR="00A96167" w:rsidRPr="0076092E" w:rsidRDefault="00A96167" w:rsidP="00A96167">
            <w:pPr>
              <w:adjustRightInd w:val="0"/>
              <w:snapToGrid w:val="0"/>
              <w:spacing w:beforeLines="50" w:before="120" w:afterLines="50" w:after="120" w:line="252" w:lineRule="auto"/>
              <w:rPr>
                <w:rFonts w:ascii="Times New Roman" w:eastAsia="宋体" w:hAnsi="Times New Roman"/>
                <w:b/>
                <w:color w:val="1A1A1A"/>
                <w:sz w:val="19"/>
                <w:lang w:eastAsia="zh-CN"/>
              </w:rPr>
            </w:pPr>
            <w:r w:rsidRPr="0076092E">
              <w:rPr>
                <w:rFonts w:ascii="Times New Roman" w:hAnsi="Times New Roman"/>
                <w:b/>
                <w:color w:val="1A1A1A"/>
                <w:sz w:val="19"/>
              </w:rPr>
              <w:t>Position</w:t>
            </w:r>
            <w:r>
              <w:rPr>
                <w:rFonts w:ascii="Times New Roman" w:eastAsia="宋体" w:hAnsi="Times New Roman" w:hint="eastAsia"/>
                <w:b/>
                <w:color w:val="1A1A1A"/>
                <w:sz w:val="19"/>
                <w:lang w:eastAsia="zh-CN"/>
              </w:rPr>
              <w:t xml:space="preserve"> and </w:t>
            </w:r>
            <w:r w:rsidRPr="0076092E">
              <w:rPr>
                <w:rFonts w:ascii="Times New Roman" w:hAnsi="Times New Roman"/>
                <w:b/>
                <w:color w:val="1A1A1A"/>
                <w:sz w:val="19"/>
              </w:rPr>
              <w:t>Affiliatio</w:t>
            </w:r>
            <w:r w:rsidRPr="0076092E">
              <w:rPr>
                <w:rFonts w:ascii="Times New Roman" w:hAnsi="Times New Roman" w:hint="eastAsia"/>
                <w:b/>
                <w:color w:val="1A1A1A"/>
                <w:sz w:val="19"/>
              </w:rPr>
              <w:t>n</w:t>
            </w:r>
            <w:r>
              <w:rPr>
                <w:rFonts w:ascii="Times New Roman" w:eastAsia="宋体" w:hAnsi="Times New Roman" w:hint="eastAsia"/>
                <w:b/>
                <w:color w:val="1A1A1A"/>
                <w:sz w:val="19"/>
                <w:lang w:eastAsia="zh-CN"/>
              </w:rPr>
              <w:t xml:space="preserve">: </w:t>
            </w:r>
          </w:p>
          <w:p w14:paraId="7A1EFB41" w14:textId="77777777" w:rsidR="00A96167" w:rsidRPr="0076092E" w:rsidRDefault="00A96167" w:rsidP="00A96167">
            <w:pPr>
              <w:adjustRightInd w:val="0"/>
              <w:snapToGrid w:val="0"/>
              <w:spacing w:beforeLines="50" w:before="120" w:afterLines="50" w:after="120" w:line="252" w:lineRule="auto"/>
              <w:rPr>
                <w:rFonts w:ascii="Times New Roman" w:eastAsia="宋体" w:hAnsi="Times New Roman"/>
                <w:b/>
                <w:color w:val="1A1A1A"/>
                <w:sz w:val="19"/>
                <w:lang w:eastAsia="zh-CN"/>
              </w:rPr>
            </w:pPr>
            <w:r w:rsidRPr="0076092E">
              <w:rPr>
                <w:rFonts w:ascii="Times New Roman" w:hAnsi="Times New Roman"/>
                <w:b/>
                <w:color w:val="1A1A1A"/>
                <w:sz w:val="19"/>
              </w:rPr>
              <w:t>Country</w:t>
            </w:r>
            <w:r>
              <w:rPr>
                <w:rFonts w:ascii="Times New Roman" w:eastAsia="宋体" w:hAnsi="Times New Roman" w:hint="eastAsia"/>
                <w:b/>
                <w:color w:val="1A1A1A"/>
                <w:sz w:val="19"/>
                <w:lang w:eastAsia="zh-CN"/>
              </w:rPr>
              <w:t xml:space="preserve">: </w:t>
            </w:r>
          </w:p>
          <w:p w14:paraId="1199EDDE" w14:textId="77777777" w:rsidR="00A96167" w:rsidRPr="0076092E" w:rsidRDefault="00A96167" w:rsidP="00A96167">
            <w:pPr>
              <w:adjustRightInd w:val="0"/>
              <w:snapToGrid w:val="0"/>
              <w:spacing w:beforeLines="50" w:before="120" w:afterLines="50" w:after="120" w:line="252" w:lineRule="auto"/>
              <w:rPr>
                <w:rFonts w:eastAsia="宋体"/>
                <w:lang w:eastAsia="zh-CN"/>
              </w:rPr>
            </w:pPr>
            <w:r w:rsidRPr="0076092E">
              <w:rPr>
                <w:rFonts w:ascii="Times New Roman" w:hAnsi="Times New Roman"/>
                <w:b/>
                <w:color w:val="1A1A1A"/>
                <w:sz w:val="19"/>
              </w:rPr>
              <w:t>Email</w:t>
            </w:r>
            <w:r>
              <w:rPr>
                <w:rFonts w:ascii="Times New Roman" w:eastAsia="宋体" w:hAnsi="Times New Roman" w:hint="eastAsia"/>
                <w:b/>
                <w:color w:val="1A1A1A"/>
                <w:sz w:val="19"/>
                <w:lang w:eastAsia="zh-CN"/>
              </w:rPr>
              <w:t xml:space="preserve">: </w:t>
            </w:r>
          </w:p>
        </w:tc>
      </w:tr>
    </w:tbl>
    <w:p w14:paraId="0F8E48FF" w14:textId="77777777" w:rsidR="00A96167" w:rsidRPr="00A96167" w:rsidRDefault="00A96167">
      <w:pPr>
        <w:spacing w:before="160" w:after="40" w:line="252" w:lineRule="auto"/>
        <w:rPr>
          <w:rFonts w:eastAsia="宋体"/>
          <w:lang w:eastAsia="zh-CN"/>
        </w:rPr>
      </w:pPr>
    </w:p>
    <w:p w14:paraId="0694E3EA" w14:textId="77777777" w:rsidR="00A96167" w:rsidRPr="00A96167" w:rsidRDefault="00A96167">
      <w:pPr>
        <w:spacing w:before="160" w:after="40" w:line="252" w:lineRule="auto"/>
        <w:rPr>
          <w:rFonts w:eastAsia="宋体"/>
          <w:lang w:eastAsia="zh-CN"/>
        </w:rPr>
      </w:pPr>
    </w:p>
    <w:p w14:paraId="1C79DE49" w14:textId="77777777" w:rsidR="003448CE" w:rsidRPr="00D04A71" w:rsidRDefault="003448CE" w:rsidP="00B84747">
      <w:pPr>
        <w:spacing w:before="140" w:after="40" w:line="252" w:lineRule="auto"/>
        <w:rPr>
          <w:rFonts w:ascii="Times New Roman" w:hAnsi="Times New Roman"/>
          <w:b/>
          <w:color w:val="76923C" w:themeColor="accent3" w:themeShade="BF"/>
          <w:sz w:val="24"/>
          <w:szCs w:val="24"/>
        </w:rPr>
      </w:pPr>
      <w:r w:rsidRPr="00D04A71">
        <w:rPr>
          <w:rFonts w:ascii="Times New Roman" w:hAnsi="Times New Roman"/>
          <w:b/>
          <w:color w:val="76923C" w:themeColor="accent3" w:themeShade="BF"/>
          <w:sz w:val="24"/>
          <w:szCs w:val="24"/>
        </w:rPr>
        <w:t xml:space="preserve">Presentation Title  </w:t>
      </w:r>
    </w:p>
    <w:p w14:paraId="52457214" w14:textId="77777777" w:rsidR="0076092E" w:rsidRDefault="0076092E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36B801EC" w14:textId="77777777" w:rsidR="00B84747" w:rsidRDefault="00B8474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385424CD" w14:textId="09BDD29C" w:rsidR="00623C43" w:rsidRPr="00D04A71" w:rsidRDefault="00000000">
      <w:pPr>
        <w:spacing w:before="140" w:after="40" w:line="252" w:lineRule="auto"/>
        <w:rPr>
          <w:color w:val="76923C" w:themeColor="accent3" w:themeShade="BF"/>
          <w:sz w:val="24"/>
          <w:szCs w:val="24"/>
        </w:rPr>
      </w:pPr>
      <w:r w:rsidRPr="00D04A71">
        <w:rPr>
          <w:rFonts w:ascii="Times New Roman" w:hAnsi="Times New Roman"/>
          <w:b/>
          <w:color w:val="76923C" w:themeColor="accent3" w:themeShade="BF"/>
          <w:sz w:val="24"/>
          <w:szCs w:val="24"/>
        </w:rPr>
        <w:t>Abstract (~250 words)</w:t>
      </w:r>
    </w:p>
    <w:p w14:paraId="386E1D31" w14:textId="28C82144" w:rsidR="00623C43" w:rsidRPr="00430A00" w:rsidRDefault="00000000">
      <w:pPr>
        <w:spacing w:after="0" w:line="252" w:lineRule="auto"/>
        <w:rPr>
          <w:rFonts w:eastAsia="宋体"/>
          <w:lang w:eastAsia="zh-CN"/>
        </w:rPr>
      </w:pPr>
      <w:r>
        <w:rPr>
          <w:rFonts w:ascii="Times New Roman" w:hAnsi="Times New Roman"/>
          <w:i/>
          <w:color w:val="808080"/>
          <w:sz w:val="17"/>
        </w:rPr>
        <w:t>Cover objectives, methods, key results and relevance to green carbon science</w:t>
      </w:r>
      <w:r w:rsidR="00430A00" w:rsidRPr="00430A00">
        <w:rPr>
          <w:rFonts w:ascii="Times New Roman" w:hAnsi="Times New Roman"/>
          <w:i/>
          <w:color w:val="808080"/>
          <w:sz w:val="17"/>
        </w:rPr>
        <w:t xml:space="preserve"> </w:t>
      </w:r>
      <w:r w:rsidR="00430A00">
        <w:rPr>
          <w:rFonts w:ascii="Times New Roman" w:hAnsi="Times New Roman"/>
          <w:i/>
          <w:color w:val="808080"/>
          <w:sz w:val="17"/>
        </w:rPr>
        <w:t>and science-popularization efforts.</w:t>
      </w:r>
    </w:p>
    <w:p w14:paraId="08E13532" w14:textId="77777777" w:rsidR="00430A00" w:rsidRDefault="00430A00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6BCFE177" w14:textId="77777777" w:rsidR="003448CE" w:rsidRDefault="003448CE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03BFC6A1" w14:textId="77777777" w:rsidR="003448CE" w:rsidRDefault="003448CE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07E7F06A" w14:textId="77777777" w:rsidR="00A96167" w:rsidRDefault="00A9616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360C2E8E" w14:textId="77777777" w:rsidR="00A96167" w:rsidRDefault="00A9616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43154EA1" w14:textId="77777777" w:rsidR="00A96167" w:rsidRDefault="00A9616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0C00232F" w14:textId="77777777" w:rsidR="00A96167" w:rsidRDefault="00A9616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0323CC02" w14:textId="77777777" w:rsidR="00A96167" w:rsidRDefault="00A9616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7808AB98" w14:textId="77777777" w:rsidR="00A96167" w:rsidRDefault="00A96167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7362AFB3" w14:textId="5D1A3663" w:rsidR="00623C43" w:rsidRPr="00D04A71" w:rsidRDefault="00000000">
      <w:pPr>
        <w:spacing w:before="140" w:after="40" w:line="252" w:lineRule="auto"/>
        <w:rPr>
          <w:rFonts w:ascii="Times New Roman" w:hAnsi="Times New Roman"/>
          <w:b/>
          <w:color w:val="76923C" w:themeColor="accent3" w:themeShade="BF"/>
          <w:sz w:val="24"/>
          <w:szCs w:val="24"/>
        </w:rPr>
      </w:pPr>
      <w:r w:rsidRPr="00D04A71">
        <w:rPr>
          <w:rFonts w:ascii="Times New Roman" w:hAnsi="Times New Roman"/>
          <w:b/>
          <w:color w:val="76923C" w:themeColor="accent3" w:themeShade="BF"/>
          <w:sz w:val="24"/>
          <w:szCs w:val="24"/>
        </w:rPr>
        <w:t>Short Biography (~100 words)</w:t>
      </w:r>
    </w:p>
    <w:p w14:paraId="2F7F9416" w14:textId="77777777" w:rsidR="003448CE" w:rsidRDefault="00000000">
      <w:pPr>
        <w:spacing w:after="0" w:line="252" w:lineRule="auto"/>
        <w:rPr>
          <w:rFonts w:ascii="Times New Roman" w:eastAsia="宋体" w:hAnsi="Times New Roman"/>
          <w:i/>
          <w:color w:val="808080"/>
          <w:sz w:val="17"/>
          <w:lang w:eastAsia="zh-CN"/>
        </w:rPr>
      </w:pPr>
      <w:r>
        <w:rPr>
          <w:rFonts w:ascii="Times New Roman" w:hAnsi="Times New Roman"/>
          <w:i/>
          <w:color w:val="808080"/>
          <w:sz w:val="17"/>
        </w:rPr>
        <w:t>Include your research focus</w:t>
      </w:r>
    </w:p>
    <w:p w14:paraId="3970CAA9" w14:textId="77777777" w:rsidR="003448CE" w:rsidRPr="003448CE" w:rsidRDefault="003448CE" w:rsidP="003448CE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p w14:paraId="7EB73DDF" w14:textId="77777777" w:rsidR="0076092E" w:rsidRPr="003448CE" w:rsidRDefault="0076092E" w:rsidP="003448CE">
      <w:pPr>
        <w:spacing w:before="140" w:after="40" w:line="252" w:lineRule="auto"/>
        <w:rPr>
          <w:rFonts w:ascii="Times New Roman" w:eastAsia="宋体" w:hAnsi="Times New Roman"/>
          <w:b/>
          <w:color w:val="1F4E5F"/>
          <w:lang w:eastAsia="zh-CN"/>
        </w:rPr>
      </w:pPr>
    </w:p>
    <w:sectPr w:rsidR="0076092E" w:rsidRPr="003448CE" w:rsidSect="00034616">
      <w:footerReference w:type="default" r:id="rId8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9BD57" w14:textId="77777777" w:rsidR="00535698" w:rsidRDefault="00535698" w:rsidP="0076092E">
      <w:pPr>
        <w:spacing w:after="0" w:line="240" w:lineRule="auto"/>
      </w:pPr>
      <w:r>
        <w:separator/>
      </w:r>
    </w:p>
  </w:endnote>
  <w:endnote w:type="continuationSeparator" w:id="0">
    <w:p w14:paraId="787B46C3" w14:textId="77777777" w:rsidR="00535698" w:rsidRDefault="00535698" w:rsidP="00760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CF59" w14:textId="22AE853E" w:rsidR="0076092E" w:rsidRPr="0076092E" w:rsidRDefault="0076092E" w:rsidP="0076092E">
    <w:pPr>
      <w:spacing w:before="140" w:after="0" w:line="252" w:lineRule="auto"/>
      <w:jc w:val="center"/>
      <w:rPr>
        <w:rFonts w:eastAsia="宋体"/>
        <w:lang w:eastAsia="zh-CN"/>
      </w:rPr>
    </w:pPr>
    <w:r>
      <w:rPr>
        <w:rFonts w:ascii="Times New Roman" w:hAnsi="Times New Roman"/>
        <w:i/>
        <w:color w:val="808080"/>
        <w:sz w:val="17"/>
      </w:rPr>
      <w:t>Organizing Committee, CAST Bilateral Cooperation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4AF74" w14:textId="77777777" w:rsidR="00535698" w:rsidRDefault="00535698" w:rsidP="0076092E">
      <w:pPr>
        <w:spacing w:after="0" w:line="240" w:lineRule="auto"/>
      </w:pPr>
      <w:r>
        <w:separator/>
      </w:r>
    </w:p>
  </w:footnote>
  <w:footnote w:type="continuationSeparator" w:id="0">
    <w:p w14:paraId="07F846FC" w14:textId="77777777" w:rsidR="00535698" w:rsidRDefault="00535698" w:rsidP="00760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7303971">
    <w:abstractNumId w:val="8"/>
  </w:num>
  <w:num w:numId="2" w16cid:durableId="121848692">
    <w:abstractNumId w:val="6"/>
  </w:num>
  <w:num w:numId="3" w16cid:durableId="622269268">
    <w:abstractNumId w:val="5"/>
  </w:num>
  <w:num w:numId="4" w16cid:durableId="775447162">
    <w:abstractNumId w:val="4"/>
  </w:num>
  <w:num w:numId="5" w16cid:durableId="1957834764">
    <w:abstractNumId w:val="7"/>
  </w:num>
  <w:num w:numId="6" w16cid:durableId="1379160440">
    <w:abstractNumId w:val="3"/>
  </w:num>
  <w:num w:numId="7" w16cid:durableId="1907689219">
    <w:abstractNumId w:val="2"/>
  </w:num>
  <w:num w:numId="8" w16cid:durableId="303854825">
    <w:abstractNumId w:val="1"/>
  </w:num>
  <w:num w:numId="9" w16cid:durableId="1637754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4236"/>
    <w:rsid w:val="003146E6"/>
    <w:rsid w:val="00326F90"/>
    <w:rsid w:val="003448CE"/>
    <w:rsid w:val="00430A00"/>
    <w:rsid w:val="004A5700"/>
    <w:rsid w:val="00535698"/>
    <w:rsid w:val="00623C43"/>
    <w:rsid w:val="006B706E"/>
    <w:rsid w:val="0076092E"/>
    <w:rsid w:val="00A96167"/>
    <w:rsid w:val="00AA1D8D"/>
    <w:rsid w:val="00B47730"/>
    <w:rsid w:val="00B84747"/>
    <w:rsid w:val="00BB7B47"/>
    <w:rsid w:val="00CB0664"/>
    <w:rsid w:val="00CE5E68"/>
    <w:rsid w:val="00D04A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AD8BB"/>
  <w14:defaultImageDpi w14:val="300"/>
  <w15:docId w15:val="{A7E5336B-EF4C-40B5-A80E-D5755168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yangxt</cp:lastModifiedBy>
  <cp:revision>7</cp:revision>
  <dcterms:created xsi:type="dcterms:W3CDTF">2013-12-23T23:15:00Z</dcterms:created>
  <dcterms:modified xsi:type="dcterms:W3CDTF">2026-09-21T13:12:00Z</dcterms:modified>
  <cp:category/>
</cp:coreProperties>
</file>